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</w:pPr>
      <w:r>
        <w:rPr>
          <w:rFonts w:ascii="Arial" w:hAnsi="Arial" w:cs="Arial"/>
          <w:b/>
          <w:color w:val="4A2FC0"/>
          <w:sz w:val="36"/>
          <w:u w:val="none"/>
          <w:rtl w:val="1"/>
          <w:szCs w:val="36"/>
          <w:bCs/>
        </w:rPr>
        <w:t>מפתח תשובות – שם המספר – מאגר שאלות מהבגרות לעולים ג׳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33333"/>
          <w:sz w:val="22"/>
          <w:u w:val="none"/>
          <w:rtl w:val="1"/>
          <w:szCs w:val="22"/>
        </w:rPr>
        <w:t>בכל סעיף: התשובה, מה מתקבל גם, והכלל בקצרה. פתא״ם → זכר · גש״ם → נקבה.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4A2FC0"/>
          <w:sz w:val="30"/>
          <w:u w:val="none"/>
          <w:rtl w:val="1"/>
          <w:szCs w:val="30"/>
          <w:bCs/>
        </w:rPr>
        <w:t>שאלון עולים א׳ (הישן)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מנוי לספרייה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תוכלו לקנות מנוי עבור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10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ספרים ב־272 שקלים.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„ספרים” – זכר.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תוכלו לקנות מנוי עבור 10 ספרים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272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שקלים.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מאתיים שבעים ושניים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„שקלים” – זכר. מאות: מאה, מאתיים, שלוש מאות… (מאה – נקבה). ו׳ החיבור באה רק לפני החלק האחרון. 272 = מאתיים + שבעים + ושניים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מועדון וטיולים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התשלום עבור הצטרפות למועדון "ירוק" הוא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39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שקלים.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שלושים ותשעה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„שקלים” – זכר. עשרות (עשרים, שלושים…) – זהות בזכר ובנקבה; רק היחידה משתנה, וו׳ באה לפניה. 39 = שלושים + ותשעה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נרשמתי ל־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טיולים.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„טיולים” – זכר. 3–10: בזכר – עם ה׳ בסוף (שלושה), בנקבה – בלי ה׳ (שלוש). זוכרים: "הפוך על הפוך".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הטקסט בעיתון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הטקסט התפרסם באפריל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2003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בעיתון מספר 61.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אלפיים ושלוש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שנה – נקבה (גש״ם), ולכן המספר כולו בנקבה. 2003 = אלפיים + ושלוש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הטקסט התפרסם באפריל 2003 בעיתון מספר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61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שישים ואחת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מספור (מספר…) – נקבה (גש״ם). 61 = שישים + ואחת מספור (עיתון מספר…, חדר מספר…) – בנקבה, לפי גש״ם.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בתחנת הרכבת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בשעה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1:45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בצהריים חיכו 6 בני אדם בתחנת הרכבת.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אחת ארבעים וחמש</w:t>
      </w:r>
      <w:r>
        <w:rPr>
          <w:rFonts w:ascii="Arial" w:hAnsi="Arial" w:cs="Arial"/>
          <w:b w:val="0"/>
          <w:sz w:val="20"/>
          <w:u w:val="none"/>
          <w:rtl w:val="1"/>
          <w:szCs w:val="20"/>
        </w:rPr>
        <w:t xml:space="preserve">  (מתקבל גם: אחת וארבעים וחמש · אחת ארבעים וחמש דקות · אחת וארבעים וחמש דקות · רבע לשתיים · אחת ושלושה רבעים)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שעה – נקבה (אחת, שתיים…), וגם הדקות – נקבה (ארבעים וחמש דקות). אפשר גם: רבע לשתיים.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בשעה 1:45 בצהריים חיכו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בני אדם בתחנת הרכבת.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„בני אדם” – זכר.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מחיר הנסיעה ברכבת מתל אביב לנתב״ג הוא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שקלים.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שנים עשר</w:t>
      </w:r>
      <w:r>
        <w:rPr>
          <w:rFonts w:ascii="Arial" w:hAnsi="Arial" w:cs="Arial"/>
          <w:b w:val="0"/>
          <w:sz w:val="20"/>
          <w:u w:val="none"/>
          <w:rtl w:val="1"/>
          <w:szCs w:val="20"/>
        </w:rPr>
        <w:t xml:space="preserve">  (מתקבל גם: שניים עשר)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„שקלים” – זכר. 11–19: זכר = שלושה + עשר (שלושה עשר); נקבה = שלוש + עשרה (שלוש עשרה).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מקהלת ילדים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בשנת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1992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הוקמה מקהלת "שבא".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אלף תשע מאות תשעים ושתיים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שנה – נקבה (גש״ם), ולכן המספר כולו בנקבה. 1992 = אלף + תשע מאות + תשעים + ושתיים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במקהלה משתתפים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ילדים עולים מאתיופיה.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שלושה עשר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„ילדים” – זכר. 11–19: זכר = שלושה + עשר (שלושה עשר); נקבה = שלוש + עשרה (שלוש עשרה).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אחרי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שנים הם הופיעו בהצלחה לפני קהל.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„שנים” – נקבה. 3–10: בזכר – עם ה׳ בסוף (שלושה), בנקבה – בלי ה׳ (שלוש). זוכרים: "הפוך על הפוך".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הכתבה על החיות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הכתבה על החיות התפרסמה באתר האינטרנט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ביולי 2006.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שישה עשר</w:t>
      </w:r>
      <w:r>
        <w:rPr>
          <w:rFonts w:ascii="Arial" w:hAnsi="Arial" w:cs="Arial"/>
          <w:b w:val="0"/>
          <w:sz w:val="20"/>
          <w:u w:val="none"/>
          <w:rtl w:val="1"/>
          <w:szCs w:val="20"/>
        </w:rPr>
        <w:t xml:space="preserve">  (מתקבל גם: השישה עשר)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תאריך – זכר (פתא״ם), כי מתכוונים ליום בחודש.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הכתבה על החיות התפרסמה באתר האינטרנט ב־16 ביולי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2006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אלפיים ושש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שנה – נקבה (גש״ם), ולכן המספר כולו בנקבה. 2006 = אלפיים + ושש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אנשים התקשרו לארגון.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עשרים וחמישה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„אנשים” – זכר. עשרות (עשרים, שלושים…) – זהות בזכר ובנקבה; רק היחידה משתנה, וו׳ באה לפניה. 25 = עשרים + וחמישה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דגל ישראל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במרכזו של דגל ישראל יש מגן דוד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אחד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„מגן דוד” – זכר. 1 בא אחרי שם העצם ומתאים לו במין: מגן דוד אחד.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מגן הדוד עשוי מ־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משולשים.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שני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„משולשים” – זכר. 2 לפני שם עצם – תמיד בנסמך: שְׁנֵי (זכר) / שְׁתֵּי (נקבה).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ובכל משולש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צלעות.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„צלעות” – נקבה.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דגל זה התקבל באופן רשמי בשנת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1949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כדגלה של מדינת ישראל.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אלף תשע מאות ארבעים ותשע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שנה – נקבה (גש״ם), ולכן המספר כולו בנקבה. 1949 = אלף + תשע מאות + ארבעים + ותשע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בצפון הארץ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מקורות לנהר הירדן: נחל דן, נחל שניר ונחל חרמון.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„מקורות” – זכר.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בביקורנו האחרון בצפון הארץ ביקרנו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ערים.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שתי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„ערים” – נקבה. 2 לפני שם עצם – תמיד בנסמך: שְׁנֵי (זכר) / שְׁתֵּי (נקבה).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בנובמבר יתחילו לפעול לפי החוקים.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אחד</w:t>
      </w:r>
      <w:r>
        <w:rPr>
          <w:rFonts w:ascii="Arial" w:hAnsi="Arial" w:cs="Arial"/>
          <w:b w:val="0"/>
          <w:sz w:val="20"/>
          <w:u w:val="none"/>
          <w:rtl w:val="1"/>
          <w:szCs w:val="20"/>
        </w:rPr>
        <w:t xml:space="preserve">  (מתקבל גם: ראשון · הראשון)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תאריך – זכר (פתא״ם), כי מתכוונים ליום בחודש.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השינה של מתבגרים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במחקר על השינה של מתבגרים השתתפו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403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נערים בני 14.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 מאות ושלושה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„נערים” – זכר. מאות: מאה, מאתיים, שלוש מאות… (מאה – נקבה). ו׳ החיבור באה רק לפני החלק האחרון. 403 = ארבע מאות + ושלושה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במחקר על השינה של מתבגרים השתתפו 403 נערים בני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14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 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גיל – נקבה (גש״ם), כי מתכוונים לשנים: בני … (שנים).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מספר המתבגרים שמצליחים להישאר ערים בשיעורים גדול פי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מאלה שנרדמים בשיעורים.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חמישה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פי – זכר (פתא״ם): פי שניים, פי שלושה, פי חמישה.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מתבגרים ישנים בממוצע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7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שעות ו־22 דקות.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שבע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„שעות” – נקבה.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מתבגרים ישנים בממוצע 7 שעות ו־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דקות.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עשרים ושתיים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„דקות” – נקבה. עשרות (עשרים, שלושים…) – זהות בזכר ובנקבה; רק היחידה משתנה, וו׳ באה לפניה. 22 = עשרים + ושתיים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אליעזר בן יהודה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אליעזר בן יהודה השתמש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מקורות עיקריים לחידוש מילים.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„מקורות” – זכר.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את המילון המפורסם חיבר בן יהודה במשך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17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שבע 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„שנים” – נקבה. 11–19: זכר = שלושה + עשר (שלושה עשר); נקבה = שלוש + עשרה (שלוש עשרה). בדף המקורי כתוב "17 שעות" – בשני המקרים התשובה זהה (שעה ושנה – נקבה).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השיטות ליצירת מילים עבריות הייתה תרגום משפות זרות.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אחת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"אחד/אחת" לפני רבים מיודעים מתאים למין: השיטות – נקבה → אחת השיטות.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מחקר על בני נוער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במחקר שערך ארגון בריאות בשנת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2009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נמצא כי…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אלפיים ותשע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שנה – נקבה (גש״ם), ולכן המספר כולו בנקבה. 2009 = אלפיים + ותשע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במחקר השתתפו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710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בני נוער.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שבע מאות ועשרה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„בני נוער” – זכר. מאות: מאה, מאתיים, שלוש מאות… (מאה – נקבה). ו׳ החיבור באה רק לפני החלק האחרון. 710 = שבע מאות + ועשרה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בקבוצת הניסוי השתתפו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363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נערות ונערים.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 מאות שישים ושלושה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„נערות ונערים” – זכר. מאות: מאה, מאתיים, שלוש מאות… (מאה – נקבה). ו׳ החיבור באה רק לפני החלק האחרון. 363 = שלוש מאות + שישים + ושלושה קבוצה מעורבת (נערות ונערים) – בזכר.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כל הנבדקים היו בני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שש 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גיל – נקבה (גש״ם), כי מתכוונים לשנים: בני … (שנים).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בני הנוער מקבוצת הניסוי ביקרו במרפאה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פעמים יותר.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עשרים וחמש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פעם – נקבה: פעם אחת, שתי פעמים, ארבע פעמים. 25 = עשרים + וחמש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הבריגדה היהודית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הוא נולד ברוסיה למשפחה עם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ילדים.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חמישה עשר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„ילדים” – זכר. 11–19: זכר = שלושה + עשר (שלושה עשר); נקבה = שלוש + עשרה (שלוש עשרה).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בבריגדה היהודית שירתו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5,000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חיילות וחיילים.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חמשת אלפים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„חיילות וחיילים” – זכר. אלפים: אלף, אלפיים, שלושת אלפים, חמשת אלפים (אלף – זכר, ולכן נסמך זכר). באלפים: אלף זכר → חמשת אלפים (נסמך זכר), בלי קשר למין הנספר.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נימוסים בישראל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בשנת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2010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נעשה מחקר על הנימוסים בישראל.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אלפיים ועשר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שנה – נקבה (גש״ם), ולכן המספר כולו בנקבה. 2010 = אלפיים + ועשר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במחקר השתתפו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992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בני אדם, כולם מעל גיל 35.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תשע מאות תשעים ושניים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„בני אדם” – זכר. מאות: מאה, מאתיים, שלוש מאות… (מאה – נקבה). ו׳ החיבור באה רק לפני החלק האחרון. 992 = תשע מאות + תשעים + ושניים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במחקר השתתפו 992 בני אדם, כולם מעל גיל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שלושים וחמש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גיל – נקבה (גש״ם), כי מתכוונים לשנים: בני … (שנים). 35 = שלושים + וחמש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בארצות הברית מספר הדיווחים על חוסר נימוס גבוה פי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ממספר הדיווחים בישראל.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שניים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פי – זכר (פתא״ם): פי שניים, פי שלושה, פי חמישה.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שביל ישראל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הוא צעד ב"שביל ישראל"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באפריל 1995.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חמישה</w:t>
      </w:r>
      <w:r>
        <w:rPr>
          <w:rFonts w:ascii="Arial" w:hAnsi="Arial" w:cs="Arial"/>
          <w:b w:val="0"/>
          <w:sz w:val="20"/>
          <w:u w:val="none"/>
          <w:rtl w:val="1"/>
          <w:szCs w:val="20"/>
        </w:rPr>
        <w:t xml:space="preserve">  (מתקבל גם: החמישה)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תאריך – זכר (פתא״ם), כי מתכוונים ליום בחודש.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הוא צעד ב"שביל ישראל" ב־5 באפריל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1995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אלף תשע מאות תשעים וחמש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שנה – נקבה (גש״ם), ולכן המספר כולו בנקבה. 1995 = אלף + תשע מאות + תשעים + וחמש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"שביל ישראל" מחולק ל־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קטעים.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ארבעים וחמישה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„קטעים” – זכר. עשרות (עשרים, שלושים…) – זהות בזכר ובנקבה; רק היחידה משתנה, וו׳ באה לפניה. 45 = ארבעים + וחמישה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אחד הצועדים בשביל סיים את המסלול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יום בלבד.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שלושה עשר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„יום” – זכר. 11–19: זכר = שלושה + עשר (שלושה עשר); נקבה = שלוש + עשרה (שלוש עשרה).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סללו את "שביל ישראל" במשך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חמש 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„שנים” – נקבה. 11–19: זכר = שלושה + עשר (שלושה עשר); נקבה = שלוש + עשרה (שלוש עשרה).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6.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בני הנוער צועדים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שבועות במסגרת פרויקט "דרך הטבע".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„שבועות” – זכר. 3–10: בזכר – עם ה׳ בסוף (שלושה), בנקבה – בלי ה׳ (שלוש). זוכרים: "הפוך על הפוך".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פנאי וטלוויזיה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75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 מבני הנוער נוהגים לבלות בזמנם הפנוי מחוץ לבית.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שבעים וחמישה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אחוז – זכר (פתא״ם): … אחוזים. 75 = שבעים + וחמישה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בסקר ברשת חברתית שאלו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400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ילדים ובני נוער בני 6 עד 17.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 מאות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„ילדים” – זכר. מאות: מאה, מאתיים, שלוש מאות… (מאה – נקבה). ו׳ החיבור באה רק לפני החלק האחרון.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בסקר ברשת חברתית שאלו 400 ילדים ובני נוער בני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עד 17.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גיל – נקבה (גש״ם), כי מתכוונים לשנים: בני … (שנים).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בסקר ברשת חברתית שאלו 400 ילדים ובני נוער בני 6 עד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17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שבע 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גיל – נקבה (גש״ם), כי מתכוונים לשנים: בני … (שנים).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כמות הילדים ובני הנוער שצפו בטלוויזיה בשנת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2015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6 שעות ביום…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אלפיים וחמש 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שנה – נקבה (גש״ם), ולכן המספר כולו בנקבה. 2015 = אלפיים + וחמש עשרה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6.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…שצפו בטלוויזיה בשנת 2015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שעות ביום היה 16 אחוז.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„שעות” – נקבה.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7.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…שצפו בטלוויזיה בשנת 2015 6 שעות ביום היה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שישה עשר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אחוז – זכר (פתא״ם): … אחוזים.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2003 עד 2017 – תחרות צילומים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בשנת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2015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נערכה תחרות צילומים מצחיקים של חיות בטבע.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אלפיים וחמש 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שנה – נקבה (גש״ם), ולכן המספר כולו בנקבה. 2015 = אלפיים + וחמש עשרה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אחד הפרסים היה טיול ספארי שנמשך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7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ימים באפריקה.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שבעה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„ימים” – זכר. 3–10: בזכר – עם ה׳ בסוף (שלושה), בנקבה – בלי ה׳ (שלוש). זוכרים: "הפוך על הפוך".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4A2FC0"/>
          <w:sz w:val="30"/>
          <w:u w:val="none"/>
          <w:rtl w:val="1"/>
          <w:szCs w:val="30"/>
          <w:bCs/>
        </w:rPr>
        <w:t>שאלון 70% (חדש)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תשע״ח – המטבח הישראלי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רק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מן הישראלים אוהבים גפילטע פיש (דגים בסגנון בישול אשכנזי).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שני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אחוז – זכר (פתא״ם): … אחוזים. 2 לפני שם עצם – תמיד בנסמך: שני אחוזים.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בשנה האחרונה התפרסמו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ספרי בישול חדשים בישראל.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שישה עשר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„ספרי בישול” – זכר. 11–19: זכר = שלושה + עשר (שלושה עשר); נקבה = שלוש + עשרה (שלוש עשרה).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השף המפורסם פתח את המסעדה ה־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שלו בתל אביב.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החמישית</w:t>
      </w:r>
      <w:r>
        <w:rPr>
          <w:rFonts w:ascii="Arial" w:hAnsi="Arial" w:cs="Arial"/>
          <w:b w:val="0"/>
          <w:sz w:val="20"/>
          <w:u w:val="none"/>
          <w:rtl w:val="1"/>
          <w:szCs w:val="20"/>
        </w:rPr>
        <w:t xml:space="preserve">  (מתקבל גם: חמישית)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מספר סידורי מתאים למין שם העצם („מסעדה”). 1–10 יש צורה מיוחדת (השלישית, החמישית); מעל 10 – המספר הרגיל עם ה׳ הידיעה (השלושים ואחת).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לכבוד מסיבת יום ההולדת הוזמנו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מנות פלאפל.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ארבעים ושלוש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„מנות” – נקבה. עשרות (עשרים, שלושים…) – זהות בזכר ובנקבה; רק היחידה משתנה, וו׳ באה לפניה. 43 = ארבעים + ושלוש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תשע״ט – ילדים וספורט תחרותי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מנתוני משרד התרבות והספורט עולה כי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מתושבי ישראל עוסקים בפעילות גופנית.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שלושים ושניים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אחוז – זכר (פתא״ם): … אחוזים. 32 = שלושים + ושניים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10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השנים האחרונות גדל מאוד התקציב המיועד לספורט.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„השנים” מיודע (יש ה׳ הידיעה) → נסמך. זכר: שלושת, ארבעת, עשרת; נקבה: שלוש, ארבע, שבע, עשר (בלי ת׳).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התקציב מתחלק בין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ענפי ספורט.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שנים עשר</w:t>
      </w:r>
      <w:r>
        <w:rPr>
          <w:rFonts w:ascii="Arial" w:hAnsi="Arial" w:cs="Arial"/>
          <w:b w:val="0"/>
          <w:sz w:val="20"/>
          <w:u w:val="none"/>
          <w:rtl w:val="1"/>
          <w:szCs w:val="20"/>
        </w:rPr>
        <w:t xml:space="preserve">  (מתקבל גם: שניים עשר)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„ענפי ספורט” – זכר. 11–19: זכר = שלושה + עשר (שלושה עשר); נקבה = שלוש + עשרה (שלוש עשרה).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התקציב גדל במיוחד לקראת האולימפיאדה ה־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31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שנערכה בברזיל.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השלושים ואחת</w:t>
      </w:r>
      <w:r>
        <w:rPr>
          <w:rFonts w:ascii="Arial" w:hAnsi="Arial" w:cs="Arial"/>
          <w:b w:val="0"/>
          <w:sz w:val="20"/>
          <w:u w:val="none"/>
          <w:rtl w:val="1"/>
          <w:szCs w:val="20"/>
        </w:rPr>
        <w:t xml:space="preserve">  (מתקבל גם: שלושים ואחת)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מספר סידורי מתאים למין שם העצם („אולימפיאדה”). 1–10 יש צורה מיוחדת (השלישית, החמישית); מעל 10 – המספר הרגיל עם ה׳ הידיעה (השלושים ואחת).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חורף תש״ף – מסעות לפולין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כיום בין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ל־33 אחוז מכלל תלמידי התיכון משתתפים במסעות לפולין.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עשרים וחמישה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אחוז – זכר (פתא״ם): … אחוזים. 25 = עשרים + וחמישה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כיום בין 25 ל־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 מכלל תלמידי התיכון משתתפים במסעות לפולין.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שלושים ושלושה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אחוז – זכר (פתא״ם): … אחוזים. 33 = שלושים + ושלושה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במהלך המסע התלמידים מבקרים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מחנות ריכוז והשמדה.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„מחנות” – זכר. 3–10: בזכר – עם ה׳ בסוף (שלושה), בנקבה – בלי ה׳ (שלוש). זוכרים: "הפוך על הפוך". מחנה – זכר (מחנה אחד), אף שברבים "מחנות".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בנוסף, מתקיימים כ־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טקסים המאורגנים על ידי התלמידים והתלמידות.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חמישה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„טקסים” – זכר.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מחקר בדק את ההשפעות הרגשיות של המסע עד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שנים לאחר המסע.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חמש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„שנים” – נקבה. 3–10: בזכר – עם ה׳ בסוף (שלושה), בנקבה – בלי ה׳ (שלוש). זוכרים: "הפוך על הפוך".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תש״ף – השפעת מוזיקה על המוח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על פי נתוני משרד החינוך,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תשעים וחמישה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מתלמידי כיתות א׳–ב׳ לומדים מוזיקה רק שעה בשבוע.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תשעים וחמישה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אחוז – זכר (פתא״ם): … אחוזים.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בישראל יש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שבעה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מוסדות אקדמיים שבהם לומדים להיות מורים למוזיקה.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שבעה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„מוסדות” – זכר.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בשנת 2017 נרשמו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ארבעים וארבעה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סטודנטים ללימודי חינוך מוזיקלי.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ארבעים וארבעה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„סטודנטים” – זכר. עשרות (עשרים, שלושים…) – זהות בזכר ובנקבה; רק היחידה משתנה, וו׳ באה לפניה.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בתחילה לומדים מוזיקה כללית, ורק בשנה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השלישית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מתרכזים בהוראת המוזיקה בכיתות.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השלישית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מספר סידורי מתאים למין שם העצם („שנה”). 1–10 יש צורה מיוחדת (השלישית, החמישית); מעל 10 – המספר הרגיל עם ה׳ הידיעה (השלושים ואחת).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תשפ״א – חשיבות השינה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כיום ידוע על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שמונים וחמישה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סוגים של הפרעות שינה.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שמונים וחמישה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„סוגים” – זכר. עשרות (עשרים, שלושים…) – זהות בזכר ובנקבה; רק היחידה משתנה, וו׳ באה לפניה.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עשרה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מבני האדם מתקשים להירדם.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אחוז – זכר (פתא״ם): … אחוזים.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בארגנטינה ישנים בממוצע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עשר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שעות ו־16 דקות.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„שעות” – נקבה.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בארגנטינה ישנים בממוצע 10 שעות ו־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שש עשרה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דקות.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שש 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„דקות” – נקבה. 11–19: זכר = שלושה + עשר (שלושה עשר); נקבה = שלוש + עשרה (שלוש עשרה).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תשפ״א מועד ב׳ – סלפי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שביל ישראל מחולק ל־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קטעים.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חמישים ושישה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„קטעים” – זכר. עשרות (עשרים, שלושים…) – זהות בזכר ובנקבה; רק היחידה משתנה, וו׳ באה לפניה. 56 = חמישים + ושישה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אחד הצועדים בשביל סיים את המסלול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יום בלבד.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שלושה עשר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„יום” – זכר. 11–19: זכר = שלושה + עשר (שלושה עשר); נקבה = שלוש + עשרה (שלוש עשרה).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בביקורנו האחרון בצפון הארץ ביקרנו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ערים.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שתי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„ערים” – נקבה. 2 לפני שם עצם – תמיד בנסמך: שְׁנֵי (זכר) / שְׁתֵּי (נקבה).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ישראל ניצחה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פעמים בתחרות שירים בינלאומית.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פעם – נקבה: פעם אחת, שתי פעמים, ארבע פעמים.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תשפ״ב – אושר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תלמידי כיתות י״א צריכים להתנדב בקהילה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עשרים ואחת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שעות.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עשרים ואחת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„שעות” – נקבה. עשרות (עשרים, שלושים…) – זהות בזכר ובנקבה; רק היחידה משתנה, וו׳ באה לפניה.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התברר ש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ארבעה עשר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מן התלמידים לא התנדבו כלל.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ארבעה עשר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אחוז – זכר (פתא״ם): … אחוזים.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בבתי הספר מחלקים בכל שנה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שני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פרסים לתלמידים שהתנדבו.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שני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„פרסים” – זכר. 2 לפני שם עצם – תמיד בנסמך: שְׁנֵי (זכר) / שְׁתֵּי (נקבה).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לפני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חמש עשרה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שנים התחילו לציין את "יום המעשים הטובים" בישראל.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חמש 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„שנים” – נקבה. 11–19: זכר = שלושה + עשר (שלושה עשר); נקבה = שלוש + עשרה (שלוש עשרה).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כל תרומה כספית, גם של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חמישה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שקלים, יכולה לעזור למי שצריך אותה.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חמישה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„שקלים” – זכר. 3–10: בזכר – עם ה׳ בסוף (שלושה), בנקבה – בלי ה׳ (שלוש). זוכרים: "הפוך על הפוך".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תשפ״ב מועד ב׳ – כשחיות הבר מתקרבות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כיום יש בישראל רק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שישים וחמישה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סוגים של ציפורים ועופות.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שישים וחמישה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„סוגים” – זכר. עשרות (עשרים, שלושים…) – זהות בזכר ובנקבה; רק היחידה משתנה, וו׳ באה לפניה.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רשות הטבע והגנים מפעילה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עשרים ואחת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תחנות מעבר לטיפול ראשוני בחיות בר פגועות.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עשרים ואחת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„תחנות” – נקבה. עשרות (עשרים, שלושים…) – זהות בזכר ובנקבה; רק היחידה משתנה, וו׳ באה לפניה.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בישראל יש בית חולים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אחד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לחיות בר.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אחד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„בית חולים” – זכר. 1 בא אחרי שם העצם ומתאים לו במין: בית חולים אחד.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בבית החולים לחיות הבר עובדים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שלושה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רופאים וטרינרים.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„רופאים” – זכר. 3–10: בזכר – עם ה׳ בסוף (שלושה), בנקבה – בלי ה׳ (שלוש). זוכרים: "הפוך על הפוך".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תשפ״ג – צפייה במסכים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בסקר נמצא כי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מן התלמידים אוהבים מאוד לקרוא.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ארבעים וחמישה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אחוז – זכר (פתא״ם): … אחוזים. 45 = ארבעים + וחמישה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המרצה ביקשה מן הסטודנטים לקרוא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17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עמודים מן המאמר.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שבעה עשר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„עמודים” – זכר. 11–19: זכר = שלושה + עשר (שלושה עשר); נקבה = שלוש + עשרה (שלוש עשרה).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אפשר לקנות את ספרי סדרת הקוסמים המפורסמת באינטרנט ב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שבעים ושבעה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שקלים.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שבעים ושבעה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„שקלים” – זכר. עשרות (עשרים, שלושים…) – זהות בזכר ובנקבה; רק היחידה משתנה, וו׳ באה לפניה.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אחי מבקר בספרייה העירונית לפחות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ארבע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פעמים בשבוע.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פעם – נקבה: פעם אחת, שתי פעמים, ארבע פעמים.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תשפ״ג מועד ב׳ – מקצועות העתיד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בשבוע עבודה יש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שעות עבודה.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ארבעים ושתיים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„שעות” – נקבה. עשרות (עשרים, שלושים…) – זהות בזכר ובנקבה; רק היחידה משתנה, וו׳ באה לפניה. 42 = ארבעים + ושתיים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בשנה יש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שבועות ו־12 חודשים.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חמישים ושניים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„שבועות” – זכר. עשרות (עשרים, שלושים…) – זהות בזכר ובנקבה; רק היחידה משתנה, וו׳ באה לפניה. 52 = חמישים + ושניים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בשנה יש 52 שבועות ו־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חודשים.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שנים עשר</w:t>
      </w:r>
      <w:r>
        <w:rPr>
          <w:rFonts w:ascii="Arial" w:hAnsi="Arial" w:cs="Arial"/>
          <w:b w:val="0"/>
          <w:sz w:val="20"/>
          <w:u w:val="none"/>
          <w:rtl w:val="1"/>
          <w:szCs w:val="20"/>
        </w:rPr>
        <w:t xml:space="preserve">  (מתקבל גם: שניים עשר)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„חודשים” – זכר. 11–19: זכר = שלושה + עשר (שלושה עשר); נקבה = שלוש + עשרה (שלוש עשרה).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בעוד כמה שנים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ארבעים וחמישה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מן האוכלוסייה יהיו בני 65 ומעלה.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ארבעים וחמישה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אחוז – זכר (פתא״ם): … אחוזים.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שלושה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עובדים לא הגיעו היום לעבודה בגלל מחלה.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„עובדים” – זכר. 3–10: בזכר – עם ה׳ בסוף (שלושה), בנקבה – בלי ה׳ (שלוש). זוכרים: "הפוך על הפוך".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תשפ״ד – לקנות כחול לבן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במחקר נבדקו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חמישים וארבעה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משתתפים.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חמישים וארבעה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„משתתפים” – זכר. עשרות (עשרים, שלושים…) – זהות בזכר ובנקבה; רק היחידה משתנה, וו׳ באה לפניה.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תקופת המחקר הייתה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אחת עשרה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אחת 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„שנים” – נקבה. 11–19: זכר = שלושה + עשר (שלושה עשר); נקבה = שלוש + עשרה (שלוש עשרה).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החוקרים ביקשו למצוא תשובות ל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שלוש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שאלות מחקר.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„שאלות” – נקבה. 3–10: בזכר – עם ה׳ בסוף (שלושה), בנקבה – בלי ה׳ (שלוש). זוכרים: "הפוך על הפוך". "שאלות מחקר" אינו מיודע (אין ה׳ הידיעה) → נפרד נקבה: שלוש. "שלושת" – רק לפני מיודע ובזכר.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לפני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שבועות נערך סקר בנושא קניות של ישראלים.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„שבועות” – זכר.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ישראלים מתוך 10 יסכימו לשלם תוספת למחיר של מוצר מתוצרת ישראל.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„ישראלים” – זכר.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6.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 ישראלים מתוך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10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יסכימו לשלם תוספת למחיר של מוצר מתוצרת ישראל.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„ישראלים” – זכר. 3–10: בזכר – עם ה׳ בסוף (שלושה), בנקבה – בלי ה׳ (שלוש). זוכרים: "הפוך על הפוך". הכוונה לעשרה ישראלים – זכר.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7.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מן המשתתפים אמרו שהתחילו לבדוק מאיפה מגיעים המוצרים שהם קונים.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שלושים ושישה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אחוז – זכר (פתא״ם): … אחוזים. 36 = שלושים + ושישה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תשפ״ד – גידול בעלי חיים ובריאות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תל אביב, ראשון לציון וחיפה הן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שלוש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הערים העיקריות שמגדלים בהן כלבים רבים.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„הערים” מיודע (יש ה׳ הידיעה) → נסמך. זכר: שלושת, ארבעת, עשרת; נקבה: שלוש, ארבע, שבע, עשר (בלי ת׳). לפני שם עצם מיודע (הערים) בא נסמך. "ערים" – נקבה (עיר אחת), והנסמך בנקבה הוא שְׁלֹשׁ: שלוש הערים. "שלושת" הוא נסמך זכר (שלושת הכלבים).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בעיר ירושלים יש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עשרים ושבע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גינות כלבים.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עשרים ושבע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„גינות” – נקבה. עשרות (עשרים, שלושים…) – זהות בזכר ובנקבה; רק היחידה משתנה, וו׳ באה לפניה.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בשבוע הראשון של המלחמה נפגעו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שני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כלבים מיחידת הכלבנים.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שני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„כלבים” – זכר. 2 לפני שם עצם – תמיד בנסמך: שְׁנֵי (זכר) / שְׁתֵּי (נקבה).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במחקר שנערך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מדינות נמצא כי 23 אחוזים מן המשתתפים גידלו חתולים.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עשרים ושתיים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„מדינות” – נקבה. עשרות (עשרים, שלושים…) – זהות בזכר ובנקבה; רק היחידה משתנה, וו׳ באה לפניה. 22 = עשרים + ושתיים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במחקר שנערך ב־22 מדינות נמצא כי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מן המשתתפים גידלו חתולים.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עשרים ושלושה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אחוז – זכר (פתא״ם): … אחוזים. 23 = עשרים + ושלושה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תשפ״ה – משחקים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ילדים רבים אוהבים משחק קופסה מפורסם של קנייה ומכירה של בתים. יש בו: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כלי משחק ממתכת.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„כלי משחק” – זכר.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ילדים רבים אוהבים משחק קופסה מפורסם של קנייה ומכירה של בתים. יש בו: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קוביות משחק.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שתי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„קוביות” – נקבה. 2 לפני שם עצם – תמיד בנסמך: שְׁנֵי (זכר) / שְׁתֵּי (נקבה).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ילדים רבים אוהבים משחק קופסה מפורסם של קנייה ומכירה של בתים. יש בו: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קלפי משחק.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שלושים ושניים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„קלפים” – זכר. עשרות (עשרים, שלושים…) – זהות בזכר ובנקבה; רק היחידה משתנה, וו׳ באה לפניה. 32 = שלושים + ושניים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ילדים רבים אוהבים משחק קופסה מפורסם של קנייה ומכירה של בתים. יש בו: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חנויות למכירה.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שתים עשרה</w:t>
      </w:r>
      <w:r>
        <w:rPr>
          <w:rFonts w:ascii="Arial" w:hAnsi="Arial" w:cs="Arial"/>
          <w:b w:val="0"/>
          <w:sz w:val="20"/>
          <w:u w:val="none"/>
          <w:rtl w:val="1"/>
          <w:szCs w:val="20"/>
        </w:rPr>
        <w:t xml:space="preserve">  (מתקבל גם: שתיים עשרה)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„חנויות” – נקבה. 11–19: זכר = שלושה + עשר (שלושה עשר); נקבה = שלוש + עשרה (שלוש עשרה).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המשחק מתאים ל־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משתתפים.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„משתתפים” – זכר.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6.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המשחק הזה קיים כבר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שמונים ושבע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שמונים ושבע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„שנים” – נקבה. עשרות (עשרים, שלושים…) – זהות בזכר ובנקבה; רק היחידה משתנה, וו׳ באה לפניה.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7.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פעם ילדים שיחקו באבנים במקום בכלי משחק. אחד המשחקים נקרא: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חמש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אבנים.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חמש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„אבנים” – נקבה. 3–10: בזכר – עם ה׳ בסוף (שלושה), בנקבה – בלי ה׳ (שלוש). זוכרים: "הפוך על הפוך".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תשפ״ה מועד ב׳ – סרטונים קצרים ברשת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בכיתת המחשבים בבית הספר יש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תשעה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חלונות.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תשעה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„חלונות” – זכר. 3–10: בזכר – עם ה׳ בסוף (שלושה), בנקבה – בלי ה׳ (שלוש). זוכרים: "הפוך על הפוך". חלון – זכר (חלון אחד), אף שברבים "חלונות".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בכיתת המחשבים יש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שתי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דלתות.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שתי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„דלתות” – נקבה. 2 לפני שם עצם – תמיד בנסמך: שְׁנֵי (זכר) / שְׁתֵּי (נקבה).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יש בה גם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עשרים ואחד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כיסאות.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עשרים ואחד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„כיסאות” – זכר. עשרות (עשרים, שלושים…) – זהות בזכר ובנקבה; רק היחידה משתנה, וו׳ באה לפניה.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ויש בה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שלושה עשר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שולחנות.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שלושה עשר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„שולחנות” – זכר. 11–19: זכר = שלושה + עשר (שלושה עשר); נקבה = שלוש + עשרה (שלוש עשרה). שולחן – זכר (שולחן אחד), אף שברבים "שולחנות".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בתוך הכיתה יש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תשעה עשר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מחשבים סך הכול.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תשעה עשר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„מחשבים” – זכר. 11–19: זכר = שלושה + עשר (שלושה עשר); נקבה = שלוש + עשרה (שלוש עשרה).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6.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ביישומון הסרטונים אפשר ליצור סרטונים קצרים מאוד, באורך של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שניות.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„שניות” – נקבה.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7.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…וגם ארוכים יותר, למשל באורך של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10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דקות.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„דקות” – נקבה.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8.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אפשר להשתמש ביישומון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75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שפות בכל העולם.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שבעים וחמש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„שפות” – נקבה. עשרות (עשרים, שלושים…) – זהות בזכר ובנקבה; רק היחידה משתנה, וו׳ באה לפניה. 75 = שבעים + וחמש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9.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בשנת 2023 השתמשו ביישומון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54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מבני הנוער ומן המבוגרים בישראל.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חמישים וארבעה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אחוז – זכר (פתא״ם): … אחוזים. 54 = חמישים + וארבעה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תשפ״ו – מחמאות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הישגים של אנשים שמקבלים מחמאות גבוהים ב־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אחוזים מן ההישגים של אנשים שלא מקבלים מחמאות.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עשרים ושניים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אחוז – זכר (פתא״ם): … אחוזים. 22 = עשרים + ושניים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יש לי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רעיונות ל־5 ברכות שונות ליום הולדת.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חמישה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„רעיונות” – זכר.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יש לי 5 רעיונות ל־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5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ברכות שונות ליום הולדת.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חמש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„ברכות” – נקבה.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כל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חודשים ההנהלה בוחרת עובד מצטיין בתחום אחר.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„חודשים” – זכר.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אפילו מחמאה קצרה של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2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מילים פעם 1 ביום יכולה לגרום להרגשה טובה.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שתי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„מילים” – נקבה. 2 לפני שם עצם – תמיד בנסמך: שְׁנֵי (זכר) / שְׁתֵּי (נקבה).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6.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אפילו מחמאה קצרה של 2 מילים פעם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ביום יכולה לגרום להרגשה טובה.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אחת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פעם – נקבה: פעם אחת, שתי פעמים, ארבע פעמים.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7.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מחצית של שנת לימודים נמשכת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שמונה עשר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שבועות.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שמונה עשר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„שבועות” – זכר. 11–19: זכר = שלושה + עשר (שלושה עשר); נקבה = שלוש + עשרה (שלוש עשרה).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קיץ תשפ״ו מועד ב׳ – חלומות של מתבגרים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1.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יש לי בבית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שני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ארונות בגדים.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שני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„ארונות” – זכר. 2 לפני שם עצם – תמיד בנסמך: שְׁנֵי (זכר) / שְׁתֵּי (נקבה).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2.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סידרתי אותם, וניקיתי את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ארבעת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המדפים.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ארבעת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„המדפים” מיודע (יש ה׳ הידיעה) → נסמך. זכר: שלושת, ארבעת, עשרת; נקבה: שלוש, ארבע, שבע, עשר (בלי ת׳).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3.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…ואת </w:t>
      </w:r>
      <w:r>
        <w:rPr>
          <w:rFonts w:ascii="Arial" w:hAnsi="Arial" w:cs="Arial"/>
          <w:b/>
          <w:sz w:val="24"/>
          <w:u w:val="single"/>
          <w:rtl w:val="1"/>
          <w:szCs w:val="24"/>
          <w:bCs/>
        </w:rPr>
        <w:t>שבע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המגירות בארונות האלה.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שבע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„המגירות” מיודע (יש ה׳ הידיעה) → נסמך. זכר: שלושת, ארבעת, עשרת; נקבה: שלוש, ארבע, שבע, עשר (בלי ת׳).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4.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אנחנו מתחילים לנקות את הבית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4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שבועות לפני חג הפסח.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ארבעה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„שבועות” – זכר.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5.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מסרנו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3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מעילים ו־6 שקיות מלאות בבגדים.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שלושה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„מעילים” – זכר.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6.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>מסרנו 3 מעילים ו־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6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שקיות מלאות בבגדים.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שש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„שקיות” – נקבה. 3–10: בזכר – עם ה׳ בסוף (שלושה), בנקבה – בלי ה׳ (שלוש). זוכרים: "הפוך על הפוך".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7.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היו בהן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11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חולצות וזוג 1 של מגפיים.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אחת עשרה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„חולצות” – נקבה. 11–19: זכר = שלושה + עשר (שלושה עשר); נקבה = שלוש + עשרה (שלוש עשרה).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8. 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היו בהן 11 חולצות וזוג </w:t>
      </w:r>
      <w:r>
        <w:rPr>
          <w:rFonts w:ascii="Arial" w:hAnsi="Arial" w:cs="Arial"/>
          <w:b/>
          <w:sz w:val="24"/>
          <w:u w:val="none"/>
          <w:rtl w:val="1"/>
          <w:szCs w:val="24"/>
          <w:bCs/>
          <w:highlight w:val="yellow"/>
        </w:rPr>
        <w:t>1</w:t>
      </w:r>
      <w:r>
        <w:rPr>
          <w:rFonts w:ascii="Arial" w:hAnsi="Arial" w:cs="Arial"/>
          <w:b w:val="0"/>
          <w:sz w:val="24"/>
          <w:u w:val="none"/>
          <w:rtl w:val="1"/>
          <w:szCs w:val="24"/>
        </w:rPr>
        <w:t xml:space="preserve"> של מגפיים.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0D6B2F"/>
          <w:sz w:val="24"/>
          <w:u w:val="none"/>
          <w:rtl w:val="1"/>
          <w:szCs w:val="24"/>
          <w:bCs/>
        </w:rPr>
        <w:t>← אחד</w:t>
      </w:r>
    </w:p>
    <w:p>
      <w:pPr>
        <w:bidi w:val="1"/>
        <w:spacing w:after="100"/>
        <w:jc w:val="right"/>
      </w:pPr>
      <w:r>
        <w:rPr>
          <w:rFonts w:ascii="Arial" w:hAnsi="Arial" w:cs="Arial"/>
          <w:b w:val="0"/>
          <w:color w:val="4B4470"/>
          <w:sz w:val="19"/>
          <w:u w:val="none"/>
          <w:rtl w:val="1"/>
          <w:szCs w:val="19"/>
        </w:rPr>
        <w:t>📌 „זוג” – זכר. 1 בא אחרי שם העצם ומתאים לו במין: זוג אחד.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0"/>
          <w:u w:val="none"/>
          <w:rtl w:val="1"/>
          <w:szCs w:val="20"/>
        </w:rPr>
        <w:t>שינויים קלים מהדף המקורי: שמות מותגים הוחלפו בתיאור כללי. בשאלה על המילון של בן יהודה נכתב "17 שנים" במקום "17 שעות" – התשובה זהה: שבע עשרה.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55555"/>
          <w:sz w:val="18"/>
          <w:u w:val="none"/>
          <w:rtl w:val="1"/>
          <w:szCs w:val="18"/>
        </w:rPr>
        <w:t>יצרה: רוית ראש בן ישי · המאגר: רוית ראש בן ישי, מעודכן אוגוסט 2026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right"/>
    </w:pPr>
    <w:r>
      <w:rPr>
        <w:rFonts w:ascii="Arial" w:hAnsi="Arial" w:cs="Arial"/>
        <w:b w:val="0"/>
        <w:color w:val="555555"/>
        <w:sz w:val="18"/>
        <w:u w:val="none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