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6"/>
          <w:u w:val="none"/>
          <w:rtl w:val="1"/>
          <w:szCs w:val="36"/>
          <w:bCs/>
        </w:rPr>
        <w:t>שם המספר – מאגר שאלות מהבגרות לעולים ג׳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שם: ____________________    כיתה: ______    תאריך: 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33333"/>
          <w:sz w:val="22"/>
          <w:u w:val="none"/>
          <w:rtl w:val="1"/>
          <w:szCs w:val="22"/>
        </w:rPr>
        <w:t>כתבו במילים את המספרים המודגשים על הקווים. כשיש אפשרויות בסוגריים – הקיפו את הצורה הנכונה. זכרו: פתא״ם → זכר (פי, תאריך, אלפים, אחוזים) · גש״ם → נקבה (גיל, שנה, מאה, מספור).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0"/>
          <w:u w:val="none"/>
          <w:rtl w:val="1"/>
          <w:szCs w:val="30"/>
          <w:bCs/>
        </w:rPr>
        <w:t>שאלון עולים א׳ (הישן)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מנוי לספרייה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תוכלו לקנות מנוי עבור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ספרים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272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מועדון וטיולים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התשלום עבור הצטרפות למועדון "ירוק" הוא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נרשמתי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טיולים.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הטקסט בעיתון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הטקסט התפרסם באפריל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2003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בעיתון מספר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61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בתחנת הרכבת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בשעה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1:45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בצהריים חיכו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אדם בתחנת הרכבת.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מחיר הנסיעה ברכבת מתל אביב לנתב״ג הוא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מקהלת ילדים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הוקמה מקהלת "שבא".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במקהלה משתתפים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 עולים מאתיופיה.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אחרי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הם הופיעו בהצלחה לפני קהל.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הכתבה על החיות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הכתבה על החיות התפרסמה באתר האינטרנט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ביולי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אנשים התקשרו לארגון.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דגל ישראל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במרכזו של דגל ישראל יש מגן דוד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מגן הדוד עשוי מ־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משולשים.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ובכל משולש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צלעות.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דגל זה התקבל באופן רשמי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1949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כדגלה של מדינת 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בצפון הארץ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מקורות לנהר הירדן: נחל דן, נחל שניר ונחל חרמון.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בביקורנו האחרון בצפון הארץ ביקרנו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ערים.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בנובמבר יתחילו לפעול לפי החוקים.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השינה של מתבגרים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על השינה של מתבגרים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403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נערים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14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מספר המתבגרים שמצליחים להישאר ערים בשיעורים גדול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מאלה שנרדמים בשיעורים.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מתבגרים ישנים בממוצע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אליעזר בן יהודה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אליעזר בן יהודה השתמש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מקורות עיקריים לחידוש מילים.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את המילון המפורסם חיבר בן יהודה במשך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השיטות ליצירת מילים עבריות הייתה תרגום משפות זרות.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מחקר על בני נוער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שערך ארגון בריאות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נמצא כי…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נוער.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בקבוצת הניסוי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363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נערות ונערים.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הנבדקים היו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בני הנוער מקבוצת הניסוי ביקרו במרפאה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יותר.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הבריגדה היהודית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הוא נולד ברוסיה למשפחה עם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בבריגדה היהודית שירתו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5,000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חיילות וחיילים.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נימוסים בישראל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נעשה מחקר על הנימוסים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992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אדם, כולם מעל גיל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בארצות הברית מספר הדיווחים על חוסר נימוס גבוה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ממספר הדיווחים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שביל ישראל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הוא צעד ב"שביל ישראל"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באפריל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"שביל ישראל" מחולק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קטעים.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אחד הצועדים בשביל סיים את המסלול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יום בלבד.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סללו את "שביל ישראל" במשך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בני הנוער צועדים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במסגרת פרויקט "דרך הטבע".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פנאי וטלוויזיה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 מבני הנוער נוהגים לבלות בזמנם הפנוי מחוץ לבית.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ברשת חברתית שאלו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400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 ובני נוער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(ג)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    (ג)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כמות הילדים ובני הנוער שצפו בטלוויזיה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6 שעות ביום…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…שצפו בטלוויזיה בשנת 2015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ביום היה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תחרות צילומים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נערכה תחרות צילומים מצחיקים של חיות בטבע.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אחד הפרסים היה טיול ספארי שנמשך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ימים באפריקה.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0"/>
          <w:u w:val="none"/>
          <w:rtl w:val="1"/>
          <w:szCs w:val="30"/>
          <w:bCs/>
        </w:rPr>
        <w:t>שאלון 70% (חדש)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תשע״ח – המטבח הישראלי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רק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הישראלים אוהבים גפילטע פיש (דגים בסגנון בישול אשכנזי).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בשנה האחרונה התפרסמו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ספרי בישול חדשים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השף המפורסם פתח את המסעדה ה־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שלו בתל אביב.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לכבוד מסיבת יום ההולדת הוזמנו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מנות פלאפל.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תשע״ט – ילדים וספורט תחרותי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מנתוני משרד התרבות והספורט עולה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מתושבי ישראל עוסקים בפעילות גופנית.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השנים האחרונות גדל מאוד התקציב המיועד לספורט.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התקציב מתחלק בין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ענפי ספורט.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התקציב גדל במיוחד לקראת האולימפיאדה ה־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שנערכה בברזיל.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חורף תש״ף – מסעות לפולין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בין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33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 מכלל תלמידי התיכון משתתפים במסעות לפולין.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במהלך המסע התלמידים מבקרים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מחנות ריכוז והשמדה.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בנוסף, מתקיימים כ־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טקסים המאורגנים על ידי התלמידים והתלמידות.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מחקר בדק את ההשפעות הרגשיות של המסע עד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לאחר המסע.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תש״ף – השפעת מוזיקה על המוח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על פי נתוני משרד החינוך,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תשעים וחמש / תשעים וחמישה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מתלמידי כיתות א׳–ב׳ לומדים מוזיקה רק שעה בשבוע.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בישראל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שבעה / שבע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מוסדות אקדמיים שבהם לומדים להיות מורים למוזיקה.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2017 נרשמו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ארבעים וארבע / ארבעים וארבעה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סטודנטים ללימודי חינוך מוזיקלי.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בתחילה לומדים מוזיקה כללית, ורק בשנה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השלישי / השלישית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מתרכזים בהוראת המוזיקה בכיתות.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תשפ״א – חשיבות השינה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ידוע על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שמונים וחמש / שמונים וחמישה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סוגים של הפרעות שינה.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 /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מבני האדם מתקשים להירדם.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בארגנטינה ישנים בממוצע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 /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ו־16 דקות.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בארגנטינה ישנים בממוצע 10 שעות ו־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שישה עשר / שש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תשפ״א מועד ב׳ – סלפי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שביל ישראל מחולק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קטעים.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אחד הצועדים בשביל סיים את המסלול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יום בלבד.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בביקורנו האחרון בצפון הארץ ביקרנו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ערים.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ישראל ניצחה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בתחרות שירים בינלאומית.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תשפ״ב – אושר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תלמידי כיתות י״א צריכים להתנדב בקהילה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עשרים ואחד / עשרים ואחת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התברר ש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ארבעה עשר / ארבע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התלמידים לא התנדבו כלל.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בבתי הספר מחלקים בכל שנה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שני / שתי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פרסים לתלמידים שהתנדבו.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לפני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חמישה עשר / חמש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התחילו לציין את "יום המעשים הטובים"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תרומה כספית, גם של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חמישה / חמש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שקלים, יכולה לעזור למי שצריך אותה.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תשפ״ב מועד ב׳ – כשחיות הבר מתקרבות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יש בישראל רק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שישים וחמישה / שישים וחמש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סוגים של ציפורים ועופות.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רשות הטבע והגנים מפעילה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עשרים ואחת / עשרים ואחד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תחנות מעבר לטיפול ראשוני בחיות בר פגועות.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בישראל יש בית חולים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אחד / אחת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לחיות בר.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בבית החולים לחיות הבר עובדים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 / שלושה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רופאים וטרינרים.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תשפ״ג – צפייה במסכים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נמצא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התלמידים אוהבים מאוד לקרוא.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המרצה ביקשה מן הסטודנטים לקרוא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עמודים מן המאמר.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לקנות את ספרי סדרת הקוסמים המפורסמת באינטרנט ב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שבעים ושבע / שבעים ושבעה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אחי מבקר בספרייה העירונית לפחות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ארבע / ארבעה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בשבוע.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תשפ״ג מועד ב׳ – מקצועות העתיד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בשבוע עבודה יש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עבודה.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בשנה יש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חודשים.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בעוד כמה שנים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ארבעים וחמישה / ארבעים וחמש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האוכלוסייה יהיו בני 65 ומעלה.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 / שלושה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עובדים לא הגיעו היום לעבודה בגלל מחלה.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תשפ״ד – לקנות כחול לבן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נבדקו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חמישים וארבע / חמישים וארבעה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משתתפים.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תקופת המחקר הייתה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אחת עשרה / אחד עשר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החוקרים ביקשו למצוא תשובות ל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שלושת / שלוש / שלושה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שאלות מחקר.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לפני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נערך סקר בנושא קניות של ישראלים.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ישראלים מתוך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יסכימו לשלם תוספת למחיר של מוצר מתוצרת 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המשתתפים אמרו שהתחילו לבדוק מאיפה מגיעים המוצרים שהם קונים.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תשפ״ד – גידול בעלי חיים ובריאות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תל אביב, ראשון לציון וחיפה הן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 / שלושת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הערים העיקריות שמגדלים בהן כלבים רבים.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בעיר ירושלים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עשרים ושבעה / עשרים ושבע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גינות כלבים.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בשבוע הראשון של המלחמה נפגעו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שתי / שני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כלבים מיחידת הכלבנים.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במחקר שנערך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מדינות נמצא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23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המשתתפים גידלו חתולים.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תשפ״ה – משחקים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כלי משחק ממתכת.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קוביות משחק.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קלפי משחק.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חנויות למכירה.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המשחק מתאים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משתתפים.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המשחק הזה קיים כבר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שמונים ושבע / שמונים ושבעה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פעם ילדים שיחקו באבנים במקום בכלי משחק. אחד המשחקים נקרא: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חמש / חמישה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אבנים.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תשפ״ה מועד ב׳ – סרטונים קצרים ברשת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בכיתת המחשבים בבית הספר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תשעה / תשע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חלונות.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בכיתת המחשבים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שני / שתי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דלתות.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בה גם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עשרים ואחת / עשרים ואחד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כיסאות.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ויש בה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שלושה עשר / שלוש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שולחנות.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בתוך הכיתה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תשעה עשר / תשע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מחשבים סך הכול.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ביישומון הסרטונים אפשר ליצור סרטונים קצרים מאוד, באורך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…וגם ארוכים יותר, למשל באורך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8.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להשתמש ביישומון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שפות בכל העולם.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9.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2023 השתמשו ביישומון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מבני הנוער ומן המבוגרים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תשפ״ו – מחמאות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הישגים של אנשים שמקבלים מחמאות גבוהים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ההישגים של אנשים שלא מקבלים מחמאות.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לי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רעיונות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ברכות שונות ליום הולדת.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חודשים ההנהלה בוחרת עובד מצטיין בתחום אחר.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אפילו מחמאה קצרה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מילים פעם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ביום יכולה לגרום להרגשה טובה.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מחצית של שנת לימודים נמשכת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שמונה עשרה / שמונה עשר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תשפ״ו מועד ב׳ – חלומות של מתבגרים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לי בבית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שני / שתי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ארונות בגדים.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סידרתי אותם, וניקיתי את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ארבע / ארבעת / ארבעה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המדפים.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…ואת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שבע / שבעה / שבעת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המגירות בארונות האלה.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אנחנו מתחילים לנקות את הבית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לפני חג הפסח.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מסרנו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מעילים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שקיות מלאות בבגדים.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היו בהן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11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(א)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חולצות וזוג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color w:val="7A2A8A"/>
          <w:sz w:val="16"/>
          <w:u w:val="none"/>
          <w:rtl w:val="1"/>
          <w:szCs w:val="16"/>
        </w:rPr>
        <w:t>(ב)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של מגפיים.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(א) ______________________    (ב) 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18"/>
          <w:u w:val="none"/>
          <w:rtl w:val="1"/>
          <w:szCs w:val="18"/>
        </w:rPr>
        <w:t>יצרה: רוית ראש בן ישי · המאגר: רוית ראש בן ישי, מעודכן אוגוסט 2026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right"/>
    </w:pPr>
    <w:r>
      <w:rPr>
        <w:rFonts w:ascii="Arial" w:hAnsi="Arial" w:cs="Arial"/>
        <w:b w:val="0"/>
        <w:color w:val="555555"/>
        <w:sz w:val="18"/>
        <w:u w:val="none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