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6"/>
          <w:u w:val="none"/>
          <w:rtl w:val="1"/>
          <w:szCs w:val="36"/>
          <w:bCs/>
        </w:rPr>
        <w:t>מבחן מדומה – שם המספר (עולים ג׳)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שם: ____________________    זמן: 12 דקות    ציון: ____ / 100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u w:val="none"/>
          <w:rtl w:val="1"/>
          <w:szCs w:val="22"/>
        </w:rPr>
        <w:t>חלק א׳ (60 נק׳): כתבו במילים את המספר המודגש. חלק ב׳ (40 נק׳): הקיפו את הצורה הנכונה. כל סעיף – 10 נקודות.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28"/>
          <w:u w:val="none"/>
          <w:rtl w:val="1"/>
          <w:szCs w:val="28"/>
          <w:bCs/>
        </w:rPr>
        <w:t>חלק א׳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תוכלו לקנות מנוי עבור 10 ספרים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272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1992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הוקמה מקהלת "שבא".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הישגים של אנשים שמקבלים מחמאות גבוהים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ההישגים של אנשים שלא מקבלים מחמאות.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על השינה של מתבגרים השתתפו 403 נערים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בארצות הברית מספר הדיווחים על חוסר נימוס גבוה פי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ממספר הדיווחים בישראל.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כל הנבדקים היו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>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28"/>
          <w:u w:val="none"/>
          <w:rtl w:val="1"/>
          <w:szCs w:val="28"/>
          <w:bCs/>
        </w:rPr>
        <w:t>חלק ב׳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שלוש / שלושה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עובדים לא הגיעו היום לעבודה בגלל מחלה.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8.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בתוך הכיתה יש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תשעה עשר / תשע עשרה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מחשבים סך הכול.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9.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בתחילה לומדים מוזיקה כללית, ורק בשנה 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השלישי / השלישית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מתרכזים בהוראת המוזיקה בכיתות.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10.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אפשר לקנות את ספרי סדרת הקוסמים המפורסמת באינטרנט ב</w:t>
      </w:r>
      <w:r>
        <w:rPr>
          <w:rFonts w:ascii="Arial" w:hAnsi="Arial" w:cs="Arial"/>
          <w:b/>
          <w:color w:val="4A2FC0"/>
          <w:sz w:val="24"/>
          <w:u w:val="none"/>
          <w:rtl w:val="1"/>
          <w:szCs w:val="24"/>
          <w:bCs/>
        </w:rPr>
        <w:t>( שבעים ושבע / שבעים ושבעה )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r>
        <w:br w:type="page"/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2"/>
          <w:u w:val="none"/>
          <w:rtl w:val="1"/>
          <w:szCs w:val="32"/>
          <w:bCs/>
        </w:rPr>
        <w:t>מפתח למבחן המדומה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תוכלו לקנות מנוי עבור 10 ספרים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272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מאתיים שבעים ושניים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„שקלים” – זכר. מאות: מאה, מאתיים, שלוש מאות… (מאה – נקבה). ו׳ החיבור באה רק לפני החלק האחרון. 272 = מאתיים + שבעים + ושניים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1992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הוקמה מקהלת "שבא".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אלף תשע מאות תשעים ושתיים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1992 = אלף + תשע מאות + תשעים + ושתיים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הישגים של אנשים שמקבלים מחמאות גבוהים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ההישגים של אנשים שלא מקבלים מחמאות.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22 = עשרים + ושניים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על השינה של מתבגרים השתתפו 403 נערים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גיל – נקבה (גש״ם), כי מתכוונים לשנים: בני … (שנים).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בארצות הברית מספר הדיווחים על חוסר נימוס גבוה פי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ממספר הדיווחים בישראל.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פי – זכר (פתא״ם): פי שניים, פי שלושה, פי חמישה.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כל הנבדקים היו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שש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גיל – נקבה (גש״ם), כי מתכוונים לשנים: בני … (שנים).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שלושה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עובדים לא הגיעו היום לעבודה בגלל מחלה.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„עובדים”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8.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בתוך הכיתה יש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תשעה עשר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מחשבים סך הכול.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תשעה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„מחשבים”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9.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בתחילה לומדים מוזיקה כללית, ורק בשנה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השלישית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מתרכזים בהוראת המוזיקה בכיתות.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השלישית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מספר סידורי מתאים למין שם העצם („שנה”). 1–10 יש צורה מיוחדת (השלישית, החמישית); מעל 10 – המספר הרגיל עם ה׳ הידיעה (השלושים ואחת).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10.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אפשר לקנות את ספרי סדרת הקוסמים המפורסמת באינטרנט ב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שבעים ושבעה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שבעים ושבעה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„שקלים” – זכר. עשרות (עשרים, שלושים…) – זהות בזכר ובנקבה; רק היחידה משתנה, וו׳ באה לפניה.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18"/>
          <w:u w:val="none"/>
          <w:rtl w:val="1"/>
          <w:szCs w:val="18"/>
        </w:rPr>
        <w:t>יצרה: רוית ראש בן ישי · המאגר: רוית ראש בן ישי, מעודכן אוגוסט 2026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right"/>
    </w:pPr>
    <w:r>
      <w:rPr>
        <w:rFonts w:ascii="Arial" w:hAnsi="Arial" w:cs="Arial"/>
        <w:b w:val="0"/>
        <w:color w:val="555555"/>
        <w:sz w:val="18"/>
        <w:u w:val="none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